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המודעה והפרסומת ואת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אופייניים: ציווי, פנייה בגוף שני, מילות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מודעה קצרה ומשכנעת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שני (אתם)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המודעה היא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קיצור ובהירות עוזרים להעביר את המסר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(מושכת את העין ומעוררת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(אומר בקצרה מה מציעים לקורא)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(מתי, איפה וכמה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 לקורא מה לעשות עכשיו)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גדולה ומושכת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פרטים: מתי, איפה,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לפעולה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לפעולה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רק, עכשיו, אל תפספסו, בואו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בציווי הפונה בגוף שני, למשל: הצטרפו עכשיו!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נוספות של מודעות מהכיתה או מהלוח למודעות בבית הספר ולנתח אותן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רגיל למשפט בציווי עם 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כתיבת המודעה אפשר לבצע בזוגות ואחר כך 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מודעה או פרסומת היא טקסט קצר שמטרתו לשכנע אותנו לפעול מהר - לקנות, להגיע, להירשם או להצטרף. בדף הזה נלמד איך מזהים מודעה ואיך בונים אחת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שני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מודעה או פרסומת?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רגשות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לשכנע את הקורא לפעול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פונה המודעה בדרך כלל אל הקורא?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שני (אתם)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המודעה היא לתאר רגשות אישיים בפירוט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במודעות נהוג להשתמש במשפטים קצרים וברורים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פרסומת טובה פותחת בכותרת __________ ומושכת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הפנייה במודעה היא בדרך כלל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גדולה ומושכת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אומר לקורא מה לעשות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מתי, איפה וכמה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אומר בקצרה מה מציעים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מושכת את העין ומעוררת סקרנות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גדולה ומושכת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לפעולה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פרטים: מתי, איפה, 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העיקרית של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למילת קישור משכנעת מתוך המודעה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מודעה / פרסומת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