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מודעה / פרסומת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המודעה והפרסומת ואת 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אופייניים: ציווי, פנייה בגוף שני, מילות שכנוע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מודעה קצרה ומשכנעת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לשכנע את הקורא לפעול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שני (אתם)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ציווי ועתיד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משפט גדול ומושך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מודעת דרושים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מטרת המודעה היא לשכנע את הקורא לפעול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קיצור ובהירות עוזרים להעביר את המסר במהירות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הקורא יודע בדיוק מתי ואיפה לפעול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במודעה פונים בדרך כלל בגוף שני, אתם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להירשם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מבנה המודעה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(מושכת את העין ומעוררת סקרנות)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(אומר בקצרה מה מציעים לקורא)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(מתי, איפה וכמה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(אומר לקורא מה לעשות עכשיו)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המודעה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גדולה ומושכת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פרטים: מתי, איפה,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קריאה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עיצוב, תמונה ופרטי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בואו, הירשמו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שכנוע לפעולה מהירה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רק, עכשיו, אל תפספסו, בואו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בציווי הפונה בגוף שני, למשל: הצטרפו עכשיו!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דוגמאות נוספות של מודעות מהכיתה או מהלוח למודעות בבית הספר ולנתח אותן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ההבדל בין משפט רגיל למשפט בציווי עם סימן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כתיבת המודעה אפשר לבצע בזוגות ואחר כך להציג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מודעה / פרסומת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מודעה היא טקסט קצר. המטרה שלה: לגרום לנו לעשות משהו מהר. למשל: לקנות, לבוא, להירשם.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מודעה / פרסומת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קצר שמטרתו לשכנע אותנו לפעול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קריאה לפעולה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שאומר לקורא מה לעשות עכשיו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שמבקשת או מצווה לעשות משהו, כמו: בואו, הירשמו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ישירה אל הקורא במילה אתם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הסגנון והרמה של השפה בטקסט - גבוה או פשוט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הגזמה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להציג דבר כגדול, יפה או טוב הרבה יותר מהמציאות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 משכנעות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כמו רק, עכשיו, הכי, אל תפספסו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נועדה מודעה?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רגשות אישיים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את הקורא לפעול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להסביר תופעת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פונים לקורא במודעה?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שני (אתם)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פנייה ישירה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זמן פעלים מופיע הרבה במודעה?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ציווי ועתיד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 מורכב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הווה פסיבי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נראית כותרת של מודעה?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ארוך ומשעמם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גדול ומושך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דוגמה למודעה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מודעת דרושים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מתכון לעוגה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המודעה היא לתאר רגשות אישיים בפירוט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במודעות נהוג להשתמש במשפטים קצרים וברורים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מודעה טיפוסית כוללת פרטים כמו תאריך, שעה ומקום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במודעה משתמשים בדרך כלל בגוף ראשון יחיד, אני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פרסומת טובה פותחת בכותרת __________ ומושכת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הפנייה במודעה היא בדרך כלל בגוף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במודעה מחפשים כוכבים התלמידים מוזמנים __________ אצל נציגי מועצת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המודעה מסתיימת בדרך כלל ב__________ לפעולה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מבנה המודעה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גדולה ומושכת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אומר בקצרה מה מציעים לקורא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מסר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אומר לקורא מה לעשות 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מושכת את העין ומעוררת סקרנות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קריאה לפעולה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מתי, איפה וכמה 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מבנה המודעה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פרטים: מתי, איפה, כמה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לפעולה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גדולה ומושכת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עיצוב, תמונה ופרטי קשר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מסר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בטקסט מחפשים כוכבים מצאו שני פעלים בציווי וכתבו אותם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העיקרית של מודעה?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למילת קישור משכנעת מתוך המודעה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קריאה לפעולה אחד משלכם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מודעה / פרסומת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